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3DCD" w14:textId="553E2442" w:rsidR="005417C7" w:rsidRDefault="00DD347C" w:rsidP="003771F9">
      <w:pPr>
        <w:pStyle w:val="Title"/>
        <w:jc w:val="center"/>
      </w:pPr>
      <w:r>
        <w:t>Snow Bridges Workshop</w:t>
      </w:r>
      <w:r w:rsidR="003771F9">
        <w:t xml:space="preserve"> Program</w:t>
      </w:r>
    </w:p>
    <w:p w14:paraId="34DEB54A" w14:textId="77777777" w:rsidR="005417C7" w:rsidRDefault="00DD347C" w:rsidP="003771F9">
      <w:pPr>
        <w:jc w:val="center"/>
      </w:pPr>
      <w:r>
        <w:rPr>
          <w:b/>
        </w:rPr>
        <w:t xml:space="preserve">Date &amp; time: </w:t>
      </w:r>
      <w:r>
        <w:t>November 12, 2026 · 8:00 AM–5:00 PM · Dinner at 5:30 PM</w:t>
      </w:r>
    </w:p>
    <w:p w14:paraId="5EDDA6B5" w14:textId="77777777" w:rsidR="005417C7" w:rsidRDefault="00DD347C" w:rsidP="003771F9">
      <w:pPr>
        <w:jc w:val="center"/>
      </w:pPr>
      <w:r>
        <w:rPr>
          <w:b/>
        </w:rPr>
        <w:t xml:space="preserve">Location: </w:t>
      </w:r>
      <w:r>
        <w:t>NGI, Campus Ullevål · Sognsveien 72, 0855 Oslo · Meeting room Arena</w:t>
      </w:r>
    </w:p>
    <w:p w14:paraId="78514AE3" w14:textId="4C01D004" w:rsidR="005417C7" w:rsidRDefault="00DD347C" w:rsidP="003771F9">
      <w:pPr>
        <w:jc w:val="center"/>
      </w:pPr>
      <w:r>
        <w:t>Talks are 10 minutes, with 20 minutes of shared questions and discussion after each session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8712"/>
      </w:tblGrid>
      <w:tr w:rsidR="005417C7" w14:paraId="631DEA3B" w14:textId="77777777">
        <w:trPr>
          <w:cantSplit/>
          <w:tblHeader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1B2DE33" w14:textId="77777777" w:rsidR="005417C7" w:rsidRDefault="00DD347C">
            <w:pPr>
              <w:keepNext/>
              <w:spacing w:after="0"/>
              <w:jc w:val="center"/>
            </w:pPr>
            <w:r>
              <w:rPr>
                <w:b/>
              </w:rPr>
              <w:t>Time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6032E8F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Program</w:t>
            </w:r>
          </w:p>
        </w:tc>
      </w:tr>
      <w:tr w:rsidR="005417C7" w14:paraId="7CB93B9F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DAFC1D0" w14:textId="77777777" w:rsidR="005417C7" w:rsidRDefault="00DD347C">
            <w:pPr>
              <w:spacing w:after="0"/>
              <w:jc w:val="center"/>
            </w:pPr>
            <w:r>
              <w:t>08:00–08:30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AAAFD04" w14:textId="77777777" w:rsidR="005417C7" w:rsidRDefault="00DD347C">
            <w:pPr>
              <w:spacing w:after="0"/>
            </w:pPr>
            <w:r>
              <w:rPr>
                <w:b/>
              </w:rPr>
              <w:t>Registration</w:t>
            </w:r>
          </w:p>
        </w:tc>
      </w:tr>
      <w:tr w:rsidR="005417C7" w14:paraId="0DC4C867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931334D" w14:textId="77777777" w:rsidR="005417C7" w:rsidRDefault="00DD347C">
            <w:pPr>
              <w:spacing w:after="0"/>
              <w:jc w:val="center"/>
            </w:pPr>
            <w:r>
              <w:t>08:30–08:40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F8A0A95" w14:textId="77777777" w:rsidR="005417C7" w:rsidRDefault="00DD347C">
            <w:pPr>
              <w:spacing w:after="0"/>
            </w:pPr>
            <w:r>
              <w:rPr>
                <w:b/>
              </w:rPr>
              <w:t>Welcome</w:t>
            </w:r>
          </w:p>
        </w:tc>
      </w:tr>
      <w:tr w:rsidR="005417C7" w14:paraId="19CB66F8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148DBD4" w14:textId="77777777" w:rsidR="005417C7" w:rsidRDefault="005417C7">
            <w:pPr>
              <w:keepNext/>
              <w:spacing w:after="0"/>
              <w:jc w:val="center"/>
            </w:pP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32627A2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Observing and mapping snow</w:t>
            </w:r>
          </w:p>
        </w:tc>
      </w:tr>
      <w:tr w:rsidR="005417C7" w14:paraId="77F371C0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B39E7F9" w14:textId="77777777" w:rsidR="005417C7" w:rsidRDefault="00DD347C">
            <w:pPr>
              <w:spacing w:after="0"/>
              <w:jc w:val="center"/>
            </w:pPr>
            <w:r>
              <w:t>08:40–08:50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78517EB" w14:textId="77777777" w:rsidR="005417C7" w:rsidRDefault="00DD347C">
            <w:pPr>
              <w:spacing w:after="0"/>
            </w:pPr>
            <w:r>
              <w:rPr>
                <w:b/>
              </w:rPr>
              <w:t>Franziska Hellmuth</w:t>
            </w:r>
            <w:r>
              <w:t xml:space="preserve"> (Independent, formerly UiO)</w:t>
            </w:r>
            <w:r>
              <w:br/>
              <w:t>Estimating snowfall rate from radar observations in the Norwegian Arctic</w:t>
            </w:r>
          </w:p>
        </w:tc>
      </w:tr>
      <w:tr w:rsidR="005417C7" w14:paraId="0709B7AA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15FDBB8" w14:textId="77777777" w:rsidR="005417C7" w:rsidRDefault="00DD347C">
            <w:pPr>
              <w:spacing w:after="0"/>
              <w:jc w:val="center"/>
            </w:pPr>
            <w:r>
              <w:t>08:50–09:00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57CFD2E" w14:textId="77777777" w:rsidR="005417C7" w:rsidRDefault="00DD347C">
            <w:pPr>
              <w:spacing w:after="0"/>
            </w:pPr>
            <w:r>
              <w:rPr>
                <w:b/>
              </w:rPr>
              <w:t>Yiyao Chen</w:t>
            </w:r>
            <w:r>
              <w:t xml:space="preserve"> (UiB)</w:t>
            </w:r>
            <w:r>
              <w:br/>
              <w:t>From Sparse Snow Observations to High-Resolution Maps: A Machine Learning Approach in Western Norway</w:t>
            </w:r>
          </w:p>
        </w:tc>
      </w:tr>
      <w:tr w:rsidR="005417C7" w14:paraId="7E9204F2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AD7A218" w14:textId="77777777" w:rsidR="005417C7" w:rsidRDefault="00DD347C">
            <w:pPr>
              <w:spacing w:after="0"/>
              <w:jc w:val="center"/>
            </w:pPr>
            <w:r>
              <w:t>09:00–09:10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D722212" w14:textId="77777777" w:rsidR="005417C7" w:rsidRDefault="00DD347C">
            <w:pPr>
              <w:spacing w:after="0"/>
            </w:pPr>
            <w:r>
              <w:rPr>
                <w:b/>
              </w:rPr>
              <w:t>Hannah Vickers</w:t>
            </w:r>
            <w:r>
              <w:t xml:space="preserve"> (NORCE)</w:t>
            </w:r>
            <w:r>
              <w:br/>
              <w:t>An assessment of ICESat-2 snow depth retrievals in Svalbard using snow models and in-situ data</w:t>
            </w:r>
          </w:p>
        </w:tc>
      </w:tr>
      <w:tr w:rsidR="005417C7" w14:paraId="7A9B15F6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2D4B425" w14:textId="77777777" w:rsidR="005417C7" w:rsidRDefault="00DD347C">
            <w:pPr>
              <w:spacing w:after="0"/>
              <w:jc w:val="center"/>
            </w:pPr>
            <w:r>
              <w:t>09:10–09:20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50FCF92" w14:textId="77777777" w:rsidR="005417C7" w:rsidRDefault="00DD347C">
            <w:pPr>
              <w:spacing w:after="0"/>
            </w:pPr>
            <w:r>
              <w:rPr>
                <w:b/>
              </w:rPr>
              <w:t>Rune Solberg</w:t>
            </w:r>
            <w:r>
              <w:t xml:space="preserve"> (NR)</w:t>
            </w:r>
            <w:r>
              <w:br/>
              <w:t>Harmonised Snow Variable Retrieval by Reconstruction of the Snow Surface Spectrum Using Radiative Transfer Modelling</w:t>
            </w:r>
          </w:p>
        </w:tc>
      </w:tr>
      <w:tr w:rsidR="005417C7" w14:paraId="2289F921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AA67D5F" w14:textId="77777777" w:rsidR="005417C7" w:rsidRDefault="00DD347C">
            <w:pPr>
              <w:spacing w:after="0"/>
              <w:jc w:val="center"/>
            </w:pPr>
            <w:r>
              <w:t>09:20–09:40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0247ADB" w14:textId="77777777" w:rsidR="005417C7" w:rsidRDefault="00DD347C">
            <w:pPr>
              <w:spacing w:after="0"/>
            </w:pPr>
            <w:r>
              <w:rPr>
                <w:b/>
              </w:rPr>
              <w:t>Questions and discussion</w:t>
            </w:r>
          </w:p>
        </w:tc>
      </w:tr>
      <w:tr w:rsidR="005417C7" w14:paraId="37EB0309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2272B1A" w14:textId="77777777" w:rsidR="005417C7" w:rsidRDefault="00DD347C">
            <w:pPr>
              <w:spacing w:after="0"/>
              <w:jc w:val="center"/>
            </w:pPr>
            <w:r>
              <w:t>09:40–09:50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3AD3C31" w14:textId="7356834E" w:rsidR="005417C7" w:rsidRDefault="00DD347C">
            <w:pPr>
              <w:spacing w:after="0"/>
            </w:pPr>
            <w:r>
              <w:rPr>
                <w:b/>
              </w:rPr>
              <w:t>Poster presentations</w:t>
            </w:r>
            <w:r>
              <w:br/>
            </w:r>
            <w:r>
              <w:t xml:space="preserve">Brief introductions to the </w:t>
            </w:r>
            <w:r>
              <w:t>posters</w:t>
            </w:r>
          </w:p>
        </w:tc>
      </w:tr>
      <w:tr w:rsidR="005417C7" w14:paraId="2F8EDE67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DE044F0" w14:textId="77777777" w:rsidR="005417C7" w:rsidRDefault="00DD347C">
            <w:pPr>
              <w:spacing w:after="0"/>
              <w:jc w:val="center"/>
            </w:pPr>
            <w:r>
              <w:t>09:50–10:30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744F1CF" w14:textId="77777777" w:rsidR="005417C7" w:rsidRDefault="00DD347C">
            <w:pPr>
              <w:spacing w:after="0"/>
            </w:pPr>
            <w:r>
              <w:rPr>
                <w:b/>
              </w:rPr>
              <w:t>Coffee and poster session</w:t>
            </w:r>
            <w:r>
              <w:br/>
              <w:t>Ekaterina Vorobeva (NILU) — On the reliability of seasonal snow forecasts</w:t>
            </w:r>
            <w:r>
              <w:br/>
              <w:t>Jostein Blyverket (MET) — Including land surface variables in the high resolution data driven Bris weather prediction model</w:t>
            </w:r>
            <w:r>
              <w:br/>
              <w:t>Dylan Kreynen (UiO) — Spectral Unmixing for Glacier Snow Cover</w:t>
            </w:r>
            <w:r>
              <w:br/>
              <w:t>Øystein Rudjord (NR) — Multi-sensor snow cover mapping</w:t>
            </w:r>
          </w:p>
          <w:p w14:paraId="2FC18EC5" w14:textId="0EE92314" w:rsidR="00336296" w:rsidRDefault="00336296">
            <w:pPr>
              <w:spacing w:after="0"/>
            </w:pPr>
            <w:r>
              <w:t xml:space="preserve">Andreas Kääb (UiO) </w:t>
            </w:r>
            <w:r w:rsidRPr="00336296">
              <w:t>—</w:t>
            </w:r>
            <w:r>
              <w:t xml:space="preserve"> The SnowShifts project</w:t>
            </w:r>
          </w:p>
        </w:tc>
      </w:tr>
      <w:tr w:rsidR="005417C7" w14:paraId="23E51862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6F6F029" w14:textId="77777777" w:rsidR="005417C7" w:rsidRDefault="005417C7">
            <w:pPr>
              <w:keepNext/>
              <w:spacing w:after="0"/>
              <w:jc w:val="center"/>
            </w:pP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A680719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Connecting observations and snow models</w:t>
            </w:r>
          </w:p>
        </w:tc>
      </w:tr>
      <w:tr w:rsidR="005417C7" w14:paraId="3D530FFC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6E53A53" w14:textId="77777777" w:rsidR="005417C7" w:rsidRDefault="00DD347C">
            <w:pPr>
              <w:spacing w:after="0"/>
              <w:jc w:val="center"/>
            </w:pPr>
            <w:r>
              <w:t>10:30–10:40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2FB4A02" w14:textId="77777777" w:rsidR="005417C7" w:rsidRDefault="00DD347C">
            <w:pPr>
              <w:spacing w:after="0"/>
            </w:pPr>
            <w:r>
              <w:rPr>
                <w:b/>
              </w:rPr>
              <w:t>Pierre-Marie Lefeuvre</w:t>
            </w:r>
            <w:r>
              <w:t xml:space="preserve"> (MET)</w:t>
            </w:r>
            <w:r>
              <w:br/>
            </w:r>
            <w:r>
              <w:t>SnowPi dataportal: promote snow and weather data for modeling use</w:t>
            </w:r>
          </w:p>
        </w:tc>
      </w:tr>
      <w:tr w:rsidR="005417C7" w14:paraId="0983B282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699078C" w14:textId="77777777" w:rsidR="005417C7" w:rsidRDefault="00DD347C">
            <w:pPr>
              <w:spacing w:after="0"/>
              <w:jc w:val="center"/>
            </w:pPr>
            <w:r>
              <w:t>10:40–10:50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7C346E6" w14:textId="77777777" w:rsidR="005417C7" w:rsidRDefault="00DD347C">
            <w:pPr>
              <w:spacing w:after="0"/>
            </w:pPr>
            <w:r>
              <w:rPr>
                <w:b/>
              </w:rPr>
              <w:t>Kristoffer Aalstad</w:t>
            </w:r>
            <w:r>
              <w:t xml:space="preserve"> (UiO)</w:t>
            </w:r>
            <w:r>
              <w:br/>
              <w:t>Snow Data Assimilation for a Decade of Action</w:t>
            </w:r>
          </w:p>
        </w:tc>
      </w:tr>
      <w:tr w:rsidR="005417C7" w14:paraId="383FFDB3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C63ED9C" w14:textId="77777777" w:rsidR="005417C7" w:rsidRDefault="00DD347C">
            <w:pPr>
              <w:spacing w:after="0"/>
              <w:jc w:val="center"/>
            </w:pPr>
            <w:r>
              <w:t>10:50–11:00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09F3EFB" w14:textId="77777777" w:rsidR="005417C7" w:rsidRDefault="00DD347C">
            <w:pPr>
              <w:spacing w:after="0"/>
            </w:pPr>
            <w:r>
              <w:rPr>
                <w:b/>
              </w:rPr>
              <w:t>Clarissa Willmes</w:t>
            </w:r>
            <w:r>
              <w:t xml:space="preserve"> (UiO)</w:t>
            </w:r>
            <w:r>
              <w:br/>
              <w:t>Advances in Snow- and Permafrostmodelling with CryoGrid</w:t>
            </w:r>
          </w:p>
        </w:tc>
      </w:tr>
      <w:tr w:rsidR="005417C7" w14:paraId="5EBAAE8A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9F47FB1" w14:textId="77777777" w:rsidR="005417C7" w:rsidRDefault="00DD347C">
            <w:pPr>
              <w:spacing w:after="0"/>
              <w:jc w:val="center"/>
            </w:pPr>
            <w:r>
              <w:t>11:00–11:10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3D35D9B" w14:textId="77777777" w:rsidR="005417C7" w:rsidRDefault="00DD347C">
            <w:pPr>
              <w:spacing w:after="0"/>
            </w:pPr>
            <w:r>
              <w:rPr>
                <w:b/>
              </w:rPr>
              <w:t>Yvan Orsolini</w:t>
            </w:r>
            <w:r>
              <w:t xml:space="preserve"> (NILU)</w:t>
            </w:r>
            <w:r>
              <w:br/>
              <w:t>Snow cover over High Mountain Asia</w:t>
            </w:r>
          </w:p>
        </w:tc>
      </w:tr>
      <w:tr w:rsidR="005417C7" w14:paraId="37805F39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AC6DCEB" w14:textId="77777777" w:rsidR="005417C7" w:rsidRDefault="00DD347C">
            <w:pPr>
              <w:spacing w:after="0"/>
              <w:jc w:val="center"/>
            </w:pPr>
            <w:r>
              <w:t>11:10–11:30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A15F5B7" w14:textId="77777777" w:rsidR="005417C7" w:rsidRDefault="00DD347C">
            <w:pPr>
              <w:spacing w:after="0"/>
            </w:pPr>
            <w:r>
              <w:rPr>
                <w:b/>
              </w:rPr>
              <w:t>Questions and discussion</w:t>
            </w:r>
          </w:p>
        </w:tc>
      </w:tr>
      <w:tr w:rsidR="005417C7" w14:paraId="3CA174AB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2D1DD5B" w14:textId="77777777" w:rsidR="005417C7" w:rsidRDefault="00DD347C">
            <w:pPr>
              <w:spacing w:after="0"/>
              <w:jc w:val="center"/>
            </w:pPr>
            <w:r>
              <w:t>11:30–12:30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825C91E" w14:textId="1181F8F2" w:rsidR="005417C7" w:rsidRDefault="00DD347C">
            <w:pPr>
              <w:spacing w:after="0"/>
            </w:pPr>
            <w:r>
              <w:rPr>
                <w:b/>
              </w:rPr>
              <w:t>Discussion 1</w:t>
            </w:r>
          </w:p>
        </w:tc>
      </w:tr>
      <w:tr w:rsidR="005417C7" w14:paraId="268E9657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90585C3" w14:textId="77777777" w:rsidR="005417C7" w:rsidRDefault="00DD347C">
            <w:pPr>
              <w:spacing w:after="0"/>
              <w:jc w:val="center"/>
            </w:pPr>
            <w:r>
              <w:lastRenderedPageBreak/>
              <w:t>12:30–13:30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3E941D1" w14:textId="77777777" w:rsidR="005417C7" w:rsidRDefault="00DD347C">
            <w:pPr>
              <w:spacing w:after="0"/>
            </w:pPr>
            <w:r>
              <w:rPr>
                <w:b/>
              </w:rPr>
              <w:t>Lunch</w:t>
            </w:r>
          </w:p>
        </w:tc>
      </w:tr>
      <w:tr w:rsidR="005417C7" w14:paraId="21BD6EF8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72A4FE9" w14:textId="77777777" w:rsidR="005417C7" w:rsidRDefault="005417C7">
            <w:pPr>
              <w:keepNext/>
              <w:spacing w:after="0"/>
              <w:jc w:val="center"/>
            </w:pP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D488259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Avalanches</w:t>
            </w:r>
          </w:p>
        </w:tc>
      </w:tr>
      <w:tr w:rsidR="005417C7" w14:paraId="5F2ABB83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B56E360" w14:textId="77777777" w:rsidR="005417C7" w:rsidRDefault="00DD347C">
            <w:pPr>
              <w:keepNext/>
              <w:spacing w:after="0"/>
              <w:jc w:val="center"/>
            </w:pPr>
            <w:r>
              <w:t>13:30–13:40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F5DDE6C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Bert Kruyt</w:t>
            </w:r>
            <w:r>
              <w:t xml:space="preserve"> (NVE / Varsom.no)</w:t>
            </w:r>
            <w:r>
              <w:br/>
            </w:r>
            <w:r>
              <w:t>Snow modeling for avalanche forecasting (working title; final title to be confirmed)</w:t>
            </w:r>
          </w:p>
        </w:tc>
      </w:tr>
      <w:tr w:rsidR="005417C7" w14:paraId="5EEE80A1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568681C" w14:textId="77777777" w:rsidR="005417C7" w:rsidRDefault="00DD347C">
            <w:pPr>
              <w:keepNext/>
              <w:spacing w:after="0"/>
              <w:jc w:val="center"/>
            </w:pPr>
            <w:r>
              <w:t>13:40–13:50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16EB3A5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Marco Muccioli</w:t>
            </w:r>
            <w:r>
              <w:t xml:space="preserve"> (NGI)</w:t>
            </w:r>
            <w:r>
              <w:br/>
              <w:t>Building a cost-effective hybrid SNOWPACK for Fonnbu avalanche research station</w:t>
            </w:r>
          </w:p>
        </w:tc>
      </w:tr>
      <w:tr w:rsidR="005417C7" w14:paraId="0D912ABF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EC98976" w14:textId="77777777" w:rsidR="005417C7" w:rsidRDefault="00DD347C">
            <w:pPr>
              <w:keepNext/>
              <w:spacing w:after="0"/>
              <w:jc w:val="center"/>
            </w:pPr>
            <w:r>
              <w:t>13:50–14:00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4AB6011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Peter Gauer</w:t>
            </w:r>
            <w:r>
              <w:t xml:space="preserve"> (NGI)</w:t>
            </w:r>
            <w:r>
              <w:br/>
              <w:t>Research on avalanche dynamics under AARN</w:t>
            </w:r>
          </w:p>
        </w:tc>
      </w:tr>
      <w:tr w:rsidR="005417C7" w14:paraId="4D80AFDF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5218834" w14:textId="77777777" w:rsidR="005417C7" w:rsidRDefault="00DD347C">
            <w:pPr>
              <w:spacing w:after="0"/>
              <w:jc w:val="center"/>
            </w:pPr>
            <w:r>
              <w:t>14:00–14:20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272E9D0" w14:textId="77777777" w:rsidR="005417C7" w:rsidRDefault="00DD347C">
            <w:pPr>
              <w:spacing w:after="0"/>
            </w:pPr>
            <w:r>
              <w:rPr>
                <w:b/>
              </w:rPr>
              <w:t>Questions and discussion</w:t>
            </w:r>
          </w:p>
        </w:tc>
      </w:tr>
      <w:tr w:rsidR="005417C7" w14:paraId="1678E66B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CE7D9A6" w14:textId="77777777" w:rsidR="005417C7" w:rsidRDefault="00DD347C">
            <w:pPr>
              <w:spacing w:after="0"/>
              <w:jc w:val="center"/>
            </w:pPr>
            <w:r>
              <w:t>14:20–14:30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59594C3" w14:textId="77777777" w:rsidR="005417C7" w:rsidRDefault="00DD347C">
            <w:pPr>
              <w:spacing w:after="0"/>
            </w:pPr>
            <w:r>
              <w:rPr>
                <w:b/>
              </w:rPr>
              <w:t>Emilia Bergmark</w:t>
            </w:r>
            <w:r>
              <w:t xml:space="preserve"> (Visual artist collaborating with UiO via KORO)</w:t>
            </w:r>
            <w:r>
              <w:br/>
              <w:t>Visualizing snow, snow in art of the past and the future</w:t>
            </w:r>
          </w:p>
        </w:tc>
      </w:tr>
      <w:tr w:rsidR="005417C7" w14:paraId="7C452793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72C47BA" w14:textId="77777777" w:rsidR="005417C7" w:rsidRDefault="00DD347C">
            <w:pPr>
              <w:spacing w:after="0"/>
              <w:jc w:val="center"/>
            </w:pPr>
            <w:r>
              <w:t>14:30–15:50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8C86E88" w14:textId="77777777" w:rsidR="005417C7" w:rsidRDefault="00DD347C">
            <w:pPr>
              <w:spacing w:after="0"/>
            </w:pPr>
            <w:r>
              <w:rPr>
                <w:b/>
              </w:rPr>
              <w:t>Discussion 2 and coffee break</w:t>
            </w:r>
          </w:p>
        </w:tc>
      </w:tr>
      <w:tr w:rsidR="005417C7" w14:paraId="337BDF8C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40C403F" w14:textId="77777777" w:rsidR="005417C7" w:rsidRDefault="005417C7">
            <w:pPr>
              <w:keepNext/>
              <w:spacing w:after="0"/>
              <w:jc w:val="center"/>
            </w:pP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8E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5095E84" w14:textId="77777777" w:rsidR="005417C7" w:rsidRDefault="00DD347C">
            <w:pPr>
              <w:keepNext/>
              <w:spacing w:after="0"/>
            </w:pPr>
            <w:r>
              <w:rPr>
                <w:b/>
              </w:rPr>
              <w:t>Snow in a changing climate and landscape</w:t>
            </w:r>
          </w:p>
        </w:tc>
      </w:tr>
      <w:tr w:rsidR="005417C7" w:rsidRPr="00336296" w14:paraId="517F0AD7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23BBF6C" w14:textId="77777777" w:rsidR="005417C7" w:rsidRDefault="00DD347C">
            <w:pPr>
              <w:spacing w:after="0"/>
              <w:jc w:val="center"/>
            </w:pPr>
            <w:r>
              <w:t>15:50–16:00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92B699A" w14:textId="77777777" w:rsidR="005417C7" w:rsidRPr="00336296" w:rsidRDefault="00DD347C">
            <w:pPr>
              <w:spacing w:after="0"/>
              <w:rPr>
                <w:lang w:val="nb-NO"/>
              </w:rPr>
            </w:pPr>
            <w:r w:rsidRPr="00336296">
              <w:rPr>
                <w:b/>
                <w:lang w:val="nb-NO"/>
              </w:rPr>
              <w:t>Eirik Malnes</w:t>
            </w:r>
            <w:r w:rsidRPr="00336296">
              <w:rPr>
                <w:lang w:val="nb-NO"/>
              </w:rPr>
              <w:t xml:space="preserve"> (NORCE)</w:t>
            </w:r>
            <w:r w:rsidRPr="00336296">
              <w:rPr>
                <w:lang w:val="nb-NO"/>
              </w:rPr>
              <w:br/>
              <w:t>Wet snow digital twin for Svalbard</w:t>
            </w:r>
          </w:p>
        </w:tc>
      </w:tr>
      <w:tr w:rsidR="005417C7" w14:paraId="3E676C08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1CFC867" w14:textId="77777777" w:rsidR="005417C7" w:rsidRDefault="00DD347C">
            <w:pPr>
              <w:spacing w:after="0"/>
              <w:jc w:val="center"/>
            </w:pPr>
            <w:r>
              <w:t>16:00–16:10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B47D947" w14:textId="77777777" w:rsidR="005417C7" w:rsidRDefault="00DD347C">
            <w:pPr>
              <w:spacing w:after="0"/>
            </w:pPr>
            <w:r>
              <w:rPr>
                <w:b/>
              </w:rPr>
              <w:t>Helene Birkelund Erlandsen</w:t>
            </w:r>
            <w:r>
              <w:t xml:space="preserve"> (MET)</w:t>
            </w:r>
            <w:r>
              <w:br/>
              <w:t>The density gap: why Arctic snowpack structure remains a barrier in land surface modelling</w:t>
            </w:r>
          </w:p>
        </w:tc>
      </w:tr>
      <w:tr w:rsidR="005417C7" w14:paraId="34E17149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0A856D6" w14:textId="77777777" w:rsidR="005417C7" w:rsidRDefault="00DD347C">
            <w:pPr>
              <w:spacing w:after="0"/>
              <w:jc w:val="center"/>
            </w:pPr>
            <w:r>
              <w:t>16:10–16:20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51800BE" w14:textId="77777777" w:rsidR="005417C7" w:rsidRDefault="00DD347C">
            <w:pPr>
              <w:spacing w:after="0"/>
            </w:pPr>
            <w:r>
              <w:rPr>
                <w:b/>
              </w:rPr>
              <w:t>Kjetil Aas</w:t>
            </w:r>
            <w:r>
              <w:t xml:space="preserve"> (CICERO)</w:t>
            </w:r>
            <w:r>
              <w:br/>
              <w:t>Status of snow representation in NorESM3</w:t>
            </w:r>
          </w:p>
        </w:tc>
      </w:tr>
      <w:tr w:rsidR="005417C7" w14:paraId="38C51E22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7C3C587" w14:textId="77777777" w:rsidR="005417C7" w:rsidRDefault="00DD347C">
            <w:pPr>
              <w:spacing w:after="0"/>
              <w:jc w:val="center"/>
            </w:pPr>
            <w:r>
              <w:t>16:20–16:40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C7D94E0" w14:textId="77777777" w:rsidR="005417C7" w:rsidRDefault="00DD347C">
            <w:pPr>
              <w:spacing w:after="0"/>
            </w:pPr>
            <w:r>
              <w:rPr>
                <w:b/>
              </w:rPr>
              <w:t>Questions and discussion</w:t>
            </w:r>
          </w:p>
        </w:tc>
      </w:tr>
      <w:tr w:rsidR="005417C7" w14:paraId="0D47B186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D21C023" w14:textId="77777777" w:rsidR="005417C7" w:rsidRDefault="00DD347C">
            <w:pPr>
              <w:spacing w:after="0"/>
              <w:jc w:val="center"/>
            </w:pPr>
            <w:r>
              <w:t>16:40–17:00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2D4EAFD" w14:textId="77777777" w:rsidR="005417C7" w:rsidRDefault="00DD347C">
            <w:pPr>
              <w:spacing w:after="0"/>
            </w:pPr>
            <w:r>
              <w:rPr>
                <w:b/>
              </w:rPr>
              <w:t>Wrap up</w:t>
            </w:r>
          </w:p>
        </w:tc>
      </w:tr>
      <w:tr w:rsidR="005417C7" w14:paraId="2DD5819B" w14:textId="77777777">
        <w:trPr>
          <w:cantSplit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2720B58" w14:textId="77777777" w:rsidR="005417C7" w:rsidRDefault="00DD347C">
            <w:pPr>
              <w:spacing w:after="0"/>
              <w:jc w:val="center"/>
            </w:pPr>
            <w:r>
              <w:t>17:30</w:t>
            </w:r>
          </w:p>
        </w:tc>
        <w:tc>
          <w:tcPr>
            <w:tcW w:w="8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5F8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C29E225" w14:textId="77777777" w:rsidR="005417C7" w:rsidRDefault="00DD347C">
            <w:pPr>
              <w:spacing w:after="0"/>
            </w:pPr>
            <w:r>
              <w:rPr>
                <w:b/>
              </w:rPr>
              <w:t>Dinner at Lofthus Samvirkelag</w:t>
            </w:r>
          </w:p>
        </w:tc>
      </w:tr>
    </w:tbl>
    <w:p w14:paraId="72D9DAD1" w14:textId="77777777" w:rsidR="009D51ED" w:rsidRDefault="009D51ED"/>
    <w:sectPr w:rsidR="009D51ED" w:rsidSect="00034616">
      <w:footerReference w:type="default" r:id="rId8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C6B0" w14:textId="77777777" w:rsidR="00DD347C" w:rsidRDefault="00DD347C">
      <w:pPr>
        <w:spacing w:before="0" w:after="0"/>
      </w:pPr>
      <w:r>
        <w:separator/>
      </w:r>
    </w:p>
  </w:endnote>
  <w:endnote w:type="continuationSeparator" w:id="0">
    <w:p w14:paraId="06409A47" w14:textId="77777777" w:rsidR="00DD347C" w:rsidRDefault="00DD347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A998" w14:textId="77777777" w:rsidR="005417C7" w:rsidRDefault="00DD347C">
    <w:pPr>
      <w:pStyle w:val="Footer"/>
      <w:jc w:val="right"/>
    </w:pPr>
    <w:r>
      <w:rPr>
        <w:sz w:val="16"/>
      </w:rPr>
      <w:t xml:space="preserve">Snow Bridges Workshop · November 12, 2026   |   </w:t>
    </w:r>
    <w:r>
      <w:fldChar w:fldCharType="begin"/>
    </w:r>
    <w:r>
      <w:instrText>PAGE</w:instrText>
    </w:r>
    <w:r>
      <w:fldChar w:fldCharType="separate"/>
    </w:r>
    <w:r w:rsidR="003771F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F5BF6" w14:textId="77777777" w:rsidR="00DD347C" w:rsidRDefault="00DD347C">
      <w:pPr>
        <w:spacing w:before="0" w:after="0"/>
      </w:pPr>
      <w:r>
        <w:separator/>
      </w:r>
    </w:p>
  </w:footnote>
  <w:footnote w:type="continuationSeparator" w:id="0">
    <w:p w14:paraId="52A52E57" w14:textId="77777777" w:rsidR="00DD347C" w:rsidRDefault="00DD347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8753075">
    <w:abstractNumId w:val="8"/>
  </w:num>
  <w:num w:numId="2" w16cid:durableId="1988510225">
    <w:abstractNumId w:val="6"/>
  </w:num>
  <w:num w:numId="3" w16cid:durableId="1239096452">
    <w:abstractNumId w:val="5"/>
  </w:num>
  <w:num w:numId="4" w16cid:durableId="1049301648">
    <w:abstractNumId w:val="4"/>
  </w:num>
  <w:num w:numId="5" w16cid:durableId="2030443976">
    <w:abstractNumId w:val="7"/>
  </w:num>
  <w:num w:numId="6" w16cid:durableId="184641683">
    <w:abstractNumId w:val="3"/>
  </w:num>
  <w:num w:numId="7" w16cid:durableId="1890921004">
    <w:abstractNumId w:val="2"/>
  </w:num>
  <w:num w:numId="8" w16cid:durableId="1313633500">
    <w:abstractNumId w:val="1"/>
  </w:num>
  <w:num w:numId="9" w16cid:durableId="187769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296"/>
    <w:rsid w:val="003771F9"/>
    <w:rsid w:val="003F0627"/>
    <w:rsid w:val="005417C7"/>
    <w:rsid w:val="009D51ED"/>
    <w:rsid w:val="00A431F8"/>
    <w:rsid w:val="00AA1D8D"/>
    <w:rsid w:val="00B47730"/>
    <w:rsid w:val="00B90EB7"/>
    <w:rsid w:val="00CB0664"/>
    <w:rsid w:val="00DD34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81852"/>
  <w14:defaultImageDpi w14:val="300"/>
  <w15:docId w15:val="{89505559-4FB0-4288-8BF6-C5E12AF2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before="60" w:after="60" w:line="240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451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Bridges Workshop — Draft program</dc:title>
  <dc:subject>Workshop program for November 12, 2026</dc:subject>
  <dc:creator>python-docx</dc:creator>
  <cp:keywords/>
  <dc:description>generated by python-docx</dc:description>
  <cp:lastModifiedBy>Désirée Treichler</cp:lastModifiedBy>
  <cp:revision>4</cp:revision>
  <dcterms:created xsi:type="dcterms:W3CDTF">2013-12-23T23:15:00Z</dcterms:created>
  <dcterms:modified xsi:type="dcterms:W3CDTF">2026-10-26T13:11:00Z</dcterms:modified>
  <cp:category/>
</cp:coreProperties>
</file>